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בעיות סביבתיות בעידן הגלובלי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בעיה סביבתית מקומית לבעיה חוצת גבולות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דרכי התמודדות גלובליות עם בעיות סביבה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תלות הדדית בין מדינות בנושא הסביבה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בעיה שלא עוצרת בגבול מדינה ומשפיעה על מקומות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התחממות גלובלית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לשתף פעולה בין מדינות בנושא האקלים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כי הבעיה משפיעה ונגרמת גם ממדינות אחרות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אנרגיה ירוקה ובנייה אקולוגית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גם בעיות מקומיות כמו בנייה על שטח פתוח או זיהום נחל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 כדוגמה לבעיה חוצת גבולות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אף מדינה לא יכולה להתחמק מהאחריות או לפתור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צריכה מודעת ומיחזור הן חלק מזרם עולמי של שינוי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זו בעיה חוצת גבולות שמשפיעה על כל כדור הארץ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מקומיות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חוצות גבולות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ירוקה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אזרחים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מושגים לדוגמאות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(התחממות גלובלית)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(זיהום נחל 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(הסכם פריז)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(אנרגיית שמש ורוח)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(מיחזור וצריכה מודעת)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התחממות גלובלית - נגרמת מפליטות של מדינות רבות ומשפיעה על כולן; זיהום אוקיינוסים - מים משותפים למדינות רבות ולכן הזיהום עובר ביניהן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בנייה על שטח פתוח בעיר - משפיעה רק על התושבים הקרובים ולא עוברת למדינות אחרות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עיתונאים צעירים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שהכותרת מושכת ורלוונטית, שמשפטי הפתיחה מסבירים את הבעיה בקצרה, ושלושת הגורמים מגוונים ומתאימים (למשל דייגים, חופי רחצה, מדינות שכנות)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לבדוק שהתלמיד בחר עמדה אחת והסביר אותה תוך התייחסות גם לתושבים וגם לעובדים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הבנת ההבדל בין בעיה מקומית לחוצת גבולות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הבנת מושג התלות ההדדית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יכולת לקשר בין פעולה אישית לשינוי גלובלי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בדוגמה מהחדשות על זיהום או התחממות גלובלית כדי לחבר לטקסט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את תרגיל העמדות בדילמה כדיון כיתתי קצר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ולהתמקד בהבנה הבסיסית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בעיות סביבתיות בעידן הגלובלי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כשהעולם מחובר, גם בעיות סביבה גדלות. יש בעיות קטנות במקום אחד, ויש בעיות שעוברות בין מדינות. בדף הזה נלמד על 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בעיה חוצת גבולות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בעיה שלא נעצרת בגבול של מדינה ומשפיעה על מקומות רבים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בעיה סביבתית מקומית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בעיה שקיימת במקום מסוים, כמו בנייה או זיהום נחל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התחממות גלובלית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עלייה בטמפרטורת כדור הארץ בגלל פליטות גזים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אנרגיה ירוקה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אנרגיה שנוצרת בדרך ידידותית לסביבה, כמו שמש ורוח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הסכם בין-לאומי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בין מדינות רבות לפעול יחד בנושא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תלות הדדית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שבו מדינות תלויות אחת בשנייה ומשפיעות זו על זו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יעדי קיימות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מטרות עולמיות לשמירה על הסביבה ואיכות החיים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צריכה מודעת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בחירה במוצרים ובהתנהגות ששומרים על הסביבה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בעיה חוצת גבולות היא בעיה ש...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בעיה שקיימת רק בגבול בין שתי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בעיה שלא עוצרת בגבול מדינה ומשפיעה על מקומות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בעיה שקשורה רק לחיילים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בעיה שפותרים רק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דוגמה לבעיה חוצת גבולות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פקק תנועה ברחוב מסוים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בנייה על שטח פתוח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התחממות גלובלית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זיהום נחל מקומי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נועד הסכם פריז?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לשתף פעולה בין מדינות בנושא האקלים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לקבוע גבולות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לפתור בעיות תחבורה עירונית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להגביל מסחר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צריך שיתוף פעולה בין מדינות?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אין לה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הבעיה משפיעה ונגרמת גם ממדינות אחרות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זה אסור בחוק בין-לאומי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אין לה 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טכנולוגיה עוזרת לסביבה?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רכבים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אנרגיה ירוקה ובנייה אקולוגית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מפעלי פחם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כריית פחם מוגברת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בעיה סביבתית היא חוצת גבולות.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זיהום אוויר יכול לנסוע עם הרוח בין מדינות.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בעיות סביבתיות הן דוגמה לתלות הדדית בין מדינות.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אזרחים צעירים בישראל לא יכולים להשפיע על בעיות סביבה עולמיות.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החור באוזון הוא דוגמה לבעיה מקומית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פקקים, בנייה על שטחים פתוחים וזיהום נחלים הן דוגמאות לבעיות סביבתיות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זיהום אוויר, התחממות גלובלית וזיהום אוקיינוסים הן דוגמאות לבעיות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הסכם __________ הוא דוגמה להסכם אקלים בין-לאומי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אנרגיה __________ היא פתרון טכנולוגי לבעיות סביבה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מיחזור וצריכה מודעת הן דוגמאות לפעולות של __________ צעירים המשפיעות על הסביבה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מושגים לדוגמאות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בעיה חוצת גבולות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זיהום נחל אחד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בעיה מקומית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אנרגיית שמש ורוח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הסכם בין-לאומי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מיחזור וצריכה מודעת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טכנולוגיה ירוקה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התחממות גלובלית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פעולת אזרחים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הסכם פריז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רשמו שתי בעיות סביבתיות חוצות גבולות ולכל אחת כתבו משפט - למה מדינה אחת לא יכולה לפתור אותה לבד?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דוגמה אחת לבעיה סביבתית מקומית וכתבו למה היא לא חוצה גבולות.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- עיתונאים צעירים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בעיה סביבתית אחת (זיהום ים, התחממות גלובלית, או פסולת אלקטרונית). כתבו כותרת לכתבה, שני משפטי פתיחה, ושלושה גורמים מרחביים שהבעיה משפיעה עליהם.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קראו את הדילמה על המפעל המזהם בעיירה. כתבו עמדה קצרה - האם לסגור את המפעל, להשאיר אותו, או לאמץ את הפשרה עם מסננים ירוקים? נמקו.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בעיה חוצת גבולות?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אף מדינה לא יכולה לפתור לבד בעיה סביבתית חוצת גבולות?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פעולה אחת שאתם יכולים לעשות למען הסביבה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בעיות סביבתיות בעידן הגלובלי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