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בעיות סביבתיות בעידן הגלובלי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בעיה סביבתית מקומית לבעיה חוצת גבולות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 התמודדות גלובליות עם בעיות סביבה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תלות הדדית בין מדינות בנושא הסביבה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בעיה שלא עוצרת בגבול מדינה ומשפיעה על מקומות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התחממות גלובלית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הבעיה משפיעה ונגרמת גם ממדינות אחרות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גם בעיות מקומיות כמו בנייה על שטח פתוח או זיהום נחל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 כדוגמה לבעיה חוצת גבולות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אף מדינה לא יכולה להתחמק מהאחריות או לפתור 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מקומיות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חוצות גבולות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פריז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מושגים לדוגמאות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(התחממות גלובלית)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(זיהום נחל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(הסכם פריז)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(אנרגיית שמש ורוח)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התחממות גלובלית - נגרמת מפליטות של מדינות רבות ומשפיעה על כולן; זיהום אוקיינוסים - מים משותפים למדינות רבות ולכן הזיהום עובר ביניהן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עיתונאים צעירים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שהכותרת מושכת ורלוונטית, שמשפטי הפתיחה מסבירים את הבעיה בקצרה, ושלושת הגורמים מגוונים ומתאימים (למשל דייגים, חופי רחצה, מדינות שכנות)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הבנת ההבדל בין בעיה מקומית לחוצת גבולות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הבנת מושג התלות ההדדית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יכולת לקשר בין פעולה אישית לשינוי גלובלי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מהחדשות על זיהום או התחממות גלובלית כדי לחבר לטקסט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את תרגיל העמדות בדילמה כדיון כיתתי קצר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בהבנה הבסיסית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בעיות סביבתיות בעידן הגלובלי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הגלובליזציה מגדילה את הייצור, התחבורה והצריכה בעולם, ולכן גם מגדילה בעיות סביבתיות. חלק מהבעיות מקומיות וחלקן חוצות גבולות ודורשות שיתוף פעולה בין-לאומי.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מקומיות  ·  חוצות גבולות  ·  פריז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בעיה סביבתית חוצת גבולות?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בעיה שקיימת רק בגבול בין שתי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בעיה שלא עוצרת בגבול מדינה ומשפיעה על מקומות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בעיה שקשורה רק לחיילים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מהבאות היא דוגמה לבעיה סביבתית חוצת גבולות?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פקק תנועה ברחוב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בנייה על שטח פתוח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התחממות גלובלית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מדוע מדינה אחת לא יכולה לפתור לבדה בעיה חוצת גבולות?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אין לה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הבעיה משפיעה ונגרמת גם ממדינות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זה אסור בחוק בין-לאומי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בעיה סביבתית היא חוצת גבולות.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זיהום אוויר יכול לנסוע עם הרוח בין מדינות.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בעיות סביבתיות הן דוגמה לתלות הדדית בין מדינות.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פקקים, בנייה על שטחים פתוחים וזיהום נחלים הן דוגמאות לבעיות סביבתיות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זיהום אוויר, התחממות גלובלית וזיהום אוקיינוסים הן דוגמאות לבעיות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הסכם __________ הוא דוגמה להסכם אקלים בין-לאומי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מושגים לדוגמאות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בעיה חוצת גבולות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זיהום נחל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בעיה מקומית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אנרגיית שמש ורוח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הסכם בין-לאומי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התחממות גלובלית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טכנולוגיה ירוקה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הסכם פריז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רשמו שתי בעיות סביבתיות חוצות גבולות ולכל אחת כתבו משפט - למה מדינה אחת לא יכולה לפתור אותה לבד?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- עיתונאים צעירים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בעיה סביבתית אחת (זיהום ים, התחממות גלובלית, או פסולת אלקטרונית). כתבו כותרת לכתבה, שני משפטי פתיחה, ושלושה גורמים מרחביים שהבעיה משפיעה עליהם.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בעיה חוצת גבולות?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אף מדינה לא יכולה לפתור לבד בעיה סביבתית חוצת גבולות?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בעיות סביבתיות בעידן הגלובלי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